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מתמודדים עם לחץ לפני 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כלים לניהול לחץ לפני ראיון: נשימה, עש״ן ד״ק וגש״ר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דיבור עצמי מחזק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לעזור לחבר/ה שנתקע/ת בתרגול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לנהל את הלחץ כך שיעזור לנו להיות ערניים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הדף מציין שזו תגובה טבעית לרגע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תרגיל הנשימה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התאימו: אותיות עש״ן ד״ק למשמעותן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(שרירים - לכווץ ולשחרר)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(נשימה עמוקה ונשיפה ארוכה)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עש״ן ד״ק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רגע לפני שנכנסים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מכווצים כפות ידיים ומשחררים שרירים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שואפים עמוק ונושפים ארוך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חיובי ומעודד, עם הסבר קצר כיצד הוא תורם להרגעה או לביטחון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מדויקת התואמת אחת מחמש האותיות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ערוץ סביר (גוף, שכל, רגש, מערכת אמונות, חברה, דמיון)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חיובי ומעודד הקשור להתמודדות עם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בפועל את תרגיל הנשימה (4-4-6)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לתרגול מעש״ה - עזרה לחבר/ה שנתקע/ת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שאין תשובה נכונה אחת לערוץ המועדף בגש״ר מאח״ד - כל תלמיד/ה בוחר/ת מה מתאים לו/לה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מתמודדים עם לחץ לפני 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לחץ לפני ראיון הוא תגובה טבעית וגם מועילה. בדף זה נתרגל כלים להרגעה: נשימה, עש״ן ד״ק, דיבור עצמי מחזק וגש״ר מאח״ד.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קדימה  ·  4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בניהול לחץ לפני 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להעלים את הלחץ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לנהל את הלחץ כך שיעזור לנו להיות ערניים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להתעלם מהלחץ ולא לחשוב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בתרגיל הנשימה המוצע, כמה שניות נושפים?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לחץ לפני ראיון הוא תגובה טבעית של הגוף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בתרגיל הנשימה שואפים 4 שניות, מחזיקים 4 שניות ונושפים 6 שניות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התאימו: אותיות עש״ן ד״ק למשמעותן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שרירים - לכווץ ולשחרר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נשימה עמוקה ונשיפה ארוכה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בתרגיל הנשימה שואפים באף במשך __________ שניות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האות ק באות עש״ן ד״ק מסמלת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עש״ן ד״ק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מכווצים כפות ידיים ומשחררים שרירים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שואפים עמוק ונושפים ארוך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רגע לפני שנכנסים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דיבור עצמי מחזק משלכם שתוכלו להגיד לעצמכם לפני ראיון, והסבירו למה הוא עוזר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שלב אחד מעש״ן ד״ק ומה עושים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ערוץ אחד מגש״ר מאח״ד שמתאים לכם באופן אישי?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מתמודדים עם לחץ לפני 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