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מתמודדים עם לחץ לפני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לניהול לחץ לפני ראיון: נשימה, עש״ן ד״ק וגש״ר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דיבור עצמי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לעזור לחבר/ה שנתקע/ת בתרגול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לנהל את הלחץ כך שיעזור לנו להיות ערניים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התכוננתי. מותר להתרגש. אני יכול/ה.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להציע לנסות שוב רק את המשפט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מציין שזו תגובה טבעית לרגע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תרגיל הנשימה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ההמלצה היא להיכנס ולהתחיל 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אלה שני כלים שונים: אחד לשלבי הרגעה ואחד לערוצי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ההצעות בדף למקרה שנתקעים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התאימו: אותיות עש״ן ד״ק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(שרירים - לכווץ ולשחרר)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(נשימה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(דיבור עצמי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(קדימה - להיכנס בחיוך)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עש״ן ד״ק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לפני שנכנסים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כפות ידיים ומשחררים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שואפים עמוק ונושפים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ומעודד, עם הסבר קצר כיצד הוא תורם להרגעה או לביטחון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התואמת אחת מחמש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סביר (גוף, שכל, רגש, מערכת אמונות, חברה, דמיון)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חיובי ומעודד הקשור להתמודדות עם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בפועל את תרגיל הנשימה (4-4-6)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לתרגול מעש״ה - עזרה לחבר/ה שנתקע/ת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שאין תשובה נכונה אחת לערוץ המועדף בגש״ר מאח״ד - כל תלמיד/ה בוחר/ת מה מתאים לו/לה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מתמודדים עם לחץ לפני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ראיון כולם מתרגשים קצת וזה בסדר. בדף הזה נלמד איך לנשום ולדבר אל עצמנו כדי להירגע.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התרגשות וחשש לפני אירוע 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נשימה מרגיעה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שאיפה באף ונשיפה איטית בפה שעוזרות לגוף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של חמישה שלבים להרגעה לפני 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 מחזק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שאומרים לעצמנו כדי לעודד את 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ערוצים שונים שעוזרים להתמודד עם לחץ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לעזור לחבר/ה שנתקע/ת בתרגול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כשיש לחץ?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להעלים את הלחץ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לנהל את הלחץ כך שיעזור לנו להיות ערניים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מהלחץ ולא לחשוב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שניות הנשיפה?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קשורה לשרירים?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לעצמנו כדי להירגע?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התכוננתי. מותר להתרגש. אני יכול/ה.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חייב/ת להצליח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משנה לי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לא מוכן/ה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מופיעה הדמיה של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עוזרים לחבר שנתקע?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ולהמשיך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להציע לנסות שוב רק את המשפט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עליו/ה שימהר/תמהר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החדר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לפני ראיון הוא תגובה טבעית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הנשימה שואפים 4 שניות, מחזיקים 4 שניות ונושפים 6 שניות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ממליץ להיכנס לחדר בלי לחייך כדי להיראות רציני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וזעש״ן ד״ק הם אותו כלי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מהמראיין לחזור על השאלה אם נתקעים באמצע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התאימו: אותיות עש״ן ד״ק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שרירים - לכווץ ולשחרר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קדימה - להיכנס בחיוך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דיבור עצמי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נשימה עמוקה ונשיפה ארוכה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הנשימה שואפים באף במשך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ק באות עש״ן ד״ק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בגש״ר מאח״ד, האות ג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כשחבר/ה נתקע/ת אפשר לשאול: מה __________ לך בפעם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בדיבור עצמי מחזק נאמר: גם אם אטעה - אפשר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עש״ן ד״ק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שואפים עמוק ונושפים ארוך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לפני שנכנסים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כפות ידיים ומשחררים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דיבור עצמי מחזק משלכם שתוכלו להגיד לעצמכם לפני ראיון, והסבירו למה הוא עוזר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שלב אחד מעש״ן ד״ק ומה עושים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ערוץ אחד מגש״ר מאח״ד שמתאים לכם באופן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דיבור עצמי מחזק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מתמודדים עם לחץ לפני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