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מתמודדים עם לחץ לפני 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כלים לניהול לחץ לפני ראיון: נשימה, עש״ן ד״ק וגש״ר מאח״ד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דיבור עצמי מחזק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איך לעזור לחבר/ה שנתקע/ת בתרגול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לנהל את הלחץ כך שיעזור לנו להיות ערניים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התכוננתי. מותר להתרגש. אני יכול/ה.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דמיון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להציע לנסות שוב רק את המשפט הראשון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הדף מציין שזו תגובה טבעית לרגע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תרגיל הנשימה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ההמלצה היא להיכנס ולהתחיל בחיוך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אלה שני כלים שונים: אחד לשלבי הרגעה ואחד לערוצי התמודדות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אחת ההצעות בדף למקרה שנתקעים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התאימו: אותיות עש״ן ד״ק למשמעותן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(שרירים - לכווץ ולשחרר)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(נשימה עמוקה ונשיפה ארוכה)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(דיבור עצמי מרגיע)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(קדימה - להיכנס בחיוך)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לתקן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עש״ן ד״ק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רגע לפני שנכנסים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מכווצים כפות ידיים ומשחררים שרירים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שואפים עמוק ונושפים ארוך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אומרים לעצמנו משפט מרגיע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חיובי ומעודד, עם הסבר קצר כיצד הוא תורם להרגעה או לביטחון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מדויקת התואמת אחת מחמש האותיות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ערוץ סביר (גוף, שכל, רגש, מערכת אמונות, חברה, דמיון)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חיובי ומעודד הקשור להתמודדות עם לחץ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בפועל את תרגיל הנשימה (4-4-6) בכיתה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לזוגות לתרגול מעש״ה - עזרה לחבר/ה שנתקע/ת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שאין תשובה נכונה אחת לערוץ המועדף בגש״ר מאח״ד - כל תלמיד/ה בוחר/ת מה מתאים לו/לה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מתמודדים עם לחץ לפני 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לחץ לפני ראיון הוא תגובה טבעית וגם מועילה. בדף זה נתרגל כלים להרגעה: נשימה, עש״ן ד״ק, דיבור עצמי מחזק וגש״ר מאח״ד.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בניהול לחץ לפני 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להעלים את הלחץ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לנהל את הלחץ כך שיעזור לנו להיות ערניים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מהלחץ ולא לחשוב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לבטל את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בתרגיל הנשימה המוצע, כמה שניות נושפים?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אות בעש״ן ד״ק מתייחסים לכיווץ ושחרור שרירים?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המשפט המוצע לדיבור עצמי מרגיע בעש״ן ד״ק?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התכוננתי. מותר להתרגש. אני יכול/ה.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חייב/ת להצליח בכל 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 לא משנה לי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אני לא מוכן/ה לזה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ערוץ בגש״ר מאח״ד מופיע הרעיון לדמיין את הראיון עובר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מציע מעש״ה כשחבר/ה נתקע/ת בתרגול?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להתעלם ולהמשיך הלאה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להציע לנסות שוב רק את המשפט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לצעוק עליו/ה שימהר/תמהר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לעזוב את החדר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לחץ לפני ראיון הוא תגובה טבעית של הגוף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בתרגיל הנשימה שואפים 4 שניות, מחזיקים 4 שניות ונושפים 6 שניות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עש״ן ד״ק ממליץ להיכנס לחדר בלי לחייך כדי להיראות רציני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גש״ר מאח״ד וזעש״ן ד״ק הם אותו כלי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לבקש מהמראיין לחזור על השאלה אם נתקעים באמצע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התאימו: אותיות עש״ן ד״ק למשמעותן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נשימה עמוקה ונשיפה ארוכה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קדימה - להיכנס בחיוך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שרירים - לכווץ ולשחרר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דיבור עצמי מרגיע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בתרגיל הנשימה שואפים באף במשך __________ שניות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האות ק באות עש״ן ד״ק מסמלת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בגש״ר מאח״ד, האות ג מסמלת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כשחבר/ה נתקע/ת אפשר לשאול: מה __________ לך בפעם הקודמת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בדיבור עצמי מחזק נאמר: גם אם אטעה - אפשר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עש״ן ד״ק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לעצמנו משפט מרגיע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שואפים עמוק ונושפים ארוך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רגע לפני שנכנסים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מכווצים כפות ידיים ומשחררים שרירים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דיבור עצמי מחזק משלכם שתוכלו להגיד לעצמכם לפני ראיון, והסבירו למה הוא עוזר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שלב אחד מעש״ן ד״ק ומה עושים בו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ערוץ אחד מגש״ר מאח״ד שמתאים לכם באופן אישי?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דיבור עצמי מחזק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מתמודדים עם לחץ לפני 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